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Soukkajoen seurakuntakoti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09:30-11:30 Vauvanpäivä</w:t>
      </w:r>
    </w:p>
    <w:p>
      <w:r>
        <w:t>Tervetuloa Vauvanpäivän toimintahetkiin!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