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paloasema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10:00-14:00 Lastentapahtuma Alavuden paloasemalla</w:t>
      </w:r>
    </w:p>
    <w:p>
      <w:r>
        <w:t xml:space="preserve">Tervetuloa viettämään koko perheen päivää Alavuden paloasemalle klo 10-14! Tapahtuma on ilmainen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