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Kirkkoranta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15:00-17:00 Erityisryhmien tutustuminen Kirkkorannan uuteen kävelyreittiin</w:t>
      </w:r>
    </w:p>
    <w:p>
      <w:r>
        <w:t>Kävelyreittiin tutustuminen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