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18:00-19:30 Jerusalemin Raamattukodin tilaisuus</w:t>
      </w:r>
    </w:p>
    <w:p>
      <w:r>
        <w:t>Kaija Turunen puhuu aiheesta Psalmi 1 ja Maarit Kattilakoski kertoo Jerusalemin Raamattukodin työstä.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