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helluntaiseurakunta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>18:00-19:30 Jerusalemin Raamattukodin tilaisuus</w:t>
      </w:r>
    </w:p>
    <w:p>
      <w:r>
        <w:t>Kaija Turunen puhuu aiheesta Jeesuksen heprealainen nimi ja Maarit Kattilakoski kertoo Jerusalemin Raamattukodin työstä.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