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17:00-18:00 Kerro minulle aikojen alusta -opastus</w:t>
      </w:r>
    </w:p>
    <w:p>
      <w:r>
        <w:t xml:space="preserve">Seinäjoen taidehallin näyttelyihin saa tutustua eri alojen  asiantuntijoiden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