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Valmiixi-pienkustantamo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13:00-18:00 Kuukalenteripäivä 18.09. VALMIIXI-pienkustantamossa</w:t>
      </w:r>
    </w:p>
    <w:p>
      <w:r>
        <w:t>Wanhan ajan Kuukalenterin päivä 18.09. VALMIIXI-pienkustantamossa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