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18:00-20:00 Koko kansan puskaradio -komedianäytelmä</w:t>
      </w:r>
    </w:p>
    <w:p>
      <w:r>
        <w:t>Koko kansan puskaradio -näytelmä esitetään la 19.9. klo 14 ja 18 Peränteen kylätalolla Ähtärissä.</w:t>
      </w:r>
    </w:p>
    <w:p>
      <w:r>
        <w:t>20 € Liput myydään ovella klo 13.15 ja 17.15 alkaen (käteismaksu).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