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24.10.2026 lauantai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19:00-02:00 Topi-Ilta 2026</w:t>
      </w:r>
    </w:p>
    <w:p>
      <w:r>
        <w:t>Legendaarinen Topi-ilta saapuu jälleen Ähtäriin!</w:t>
      </w:r>
    </w:p>
    <w:p>
      <w:r>
        <w:t>Liput ennakkoon Tiketti: 32,5€ Ovelta: 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