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18:00-21:00 Hornan Tuutti burleski-ilta</w:t>
      </w:r>
    </w:p>
    <w:p>
      <w:r>
        <w:t>Tervetuloa Hornan Tuuttiin! Tarjolla jälleen synkän mehevä burleskitapahtuma!</w:t>
      </w:r>
    </w:p>
    <w:p>
      <w:r>
        <w:t>Ennakkolippu 15€/hlö, ennakkolippu Ihanaa Elämää ry:n jäsenille 10€/hlö, Liput ovelta 18€/hlö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