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Pitkä-Perttilä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18:00-20:00 HUIPPU-kansanmusiikkiyhtyeen konsertti Pitkän Perttilän ladossa</w:t>
      </w:r>
    </w:p>
    <w:p>
      <w:r>
        <w:t>Tervetuloa palkitun folk-yhtyeen keikalle ainutlaatuiseen pohjalaismiljööseen</w:t>
      </w:r>
    </w:p>
    <w:p>
      <w:r>
        <w:t>Ennakkoliput 25€, ovelta 28€, lapset ja nuoret 10€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