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26.9.2026 lauantai</w:t>
      </w:r>
    </w:p>
    <w:p>
      <w:pPr>
        <w:pStyle w:val="Heading1"/>
      </w:pPr>
      <w:r>
        <w:t>26.9.2026-20.12.2026</w:t>
      </w:r>
    </w:p>
    <w:p>
      <w:pPr>
        <w:pStyle w:val="Heading2"/>
      </w:pPr>
      <w:r>
        <w:t>16:00-17:00 Juha Allan Ekholm: ISOÄIDIN MAA</w:t>
      </w:r>
    </w:p>
    <w:p>
      <w:r>
        <w:t xml:space="preserve">Nelimarkka-museossa esitettävä näyttely on valokuviin pohjautuva installaatio pohjalaisesta maisemasta. </w:t>
      </w:r>
    </w:p>
    <w:p>
      <w:r>
        <w:t>6 / 4 / 0 €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