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Hyvölän talo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17:30-20:30 Käsityöcocktail-ilta Hyvölän Talolla Ähtärissä</w:t>
      </w:r>
    </w:p>
    <w:p>
      <w:r>
        <w:t xml:space="preserve">Käsityöcocktail on sekoitus käsillä tekemistä, mukavaa yhdessä oloa ja pientä herkuttelua. </w:t>
      </w:r>
    </w:p>
    <w:p>
      <w:r>
        <w:t xml:space="preserve">Osallistumismaksu 39 €. Sisältää illan tarjoilut ja ohjelman sekä Ellen-huivin tekemispaketin.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