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>17:00-19:00 Topi Salmen bändikirjat ja "Isäni Vexi" -teos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