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B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05:00-20:00 Oivalluksia työelämään!</w:t>
      </w:r>
    </w:p>
    <w:p>
      <w:r>
        <w:t xml:space="preserve">Miten kehittää taitoja kohti omia kiinnostuksen kohteita ja tavoitteita? </w:t>
      </w:r>
    </w:p>
    <w:p>
      <w:r>
        <w:t>Tapahtumassa tarjoilu Seinäjoen seudun Nuorkauppakamarin puolesta.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