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helluntaiseurakunta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11:00-12:30 Jumalanpalvelus - Jerusalemin Raamattukodin työn esillä</w:t>
      </w:r>
    </w:p>
    <w:p>
      <w:r>
        <w:t>Kaija Turunen puhuu aiheesta Elävä vesi ja Maarit Kattilakoski kertoo Jerusalemin Raamattukodin työstä.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