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Elinkeinotalo, Huhtalantie 2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17:30-20:00 Dosentti Merja Sankelo; Universaalit lait ja niiden merkitys elämässä</w:t>
      </w:r>
    </w:p>
    <w:p>
      <w:r>
        <w:t>Dosentti Merja Sankelo; Universaalit lait ja niiden merkitys elämässä</w:t>
      </w:r>
    </w:p>
    <w:p>
      <w:r>
        <w:t>Luennon 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