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08:30-15:30 Hyvinvointia ja tukea arkeen Wellbeing Labs asiakasvastaanotto</w:t>
      </w:r>
    </w:p>
    <w:p>
      <w:r>
        <w:t xml:space="preserve">Sosiaali- ja terveysalan opiskelijat tarjoavat työikäisille ja ikääntyneille ohjausta ja neuvontaa ammattilaisten ohjauksessa turvallisesti </w:t>
      </w:r>
    </w:p>
    <w:p>
      <w:r>
        <w:t xml:space="preserve">Käynnin hinta 5€. Maksutapa käteinen tai kortti.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