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18:00-19:00 Suomi110 vuotta -suunnitteluilta</w:t>
      </w:r>
    </w:p>
    <w:p>
      <w:r>
        <w:t>Suomi110 vuotta suunnitteluilta tiistaina 22.9.2026 klo 18. Yhdistysten talo ( Karjalankatu 2B) Isokyrö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