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18:00-21:00 Rehupiikles: Jukelittoman Isoo Pläjäys</w:t>
      </w:r>
    </w:p>
    <w:p>
      <w:r>
        <w:t>Rehupiikles yrittää olla ja näyttää isoommalta ku mitä se oikiasti on. Antaa koittaa vaan. Kannattaa tulla vahtaamaan ku joku oikeen yrittää</w:t>
      </w:r>
    </w:p>
    <w:p>
      <w:r>
        <w:t xml:space="preserve">39,90 €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