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16:00-18:00 TESTAAMO Kauhajoella: tekoäly 2.0 ja rpa (robotic process automation)</w:t>
      </w:r>
    </w:p>
    <w:p>
      <w:r>
        <w:t>Tekoälyä ja automaatiota käytännössä: tutustutaan tekoälyagentteihin, automaatioon ja niiden mahdollisuuksiin yrityksissä.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