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08:30-10:30 Tietoprovinssi: Kestäviä ruokaratkaisuja, Ruokaprovinssissa tapahtuu!</w:t>
      </w:r>
    </w:p>
    <w:p>
      <w:r>
        <w:t>Kiinnostaako sinua tiede, tutkimus ja kehittäminen? Tietoprovinssi on juuri sinulle!</w:t>
      </w:r>
    </w:p>
    <w:p>
      <w:r>
        <w:t>Tilaisuus on maksuton, mutta osallistuminen edellyttää ruokahävikin välttämiseksi  ilmoittautumisen 9.10.2026 mennessä.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