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16:00-18:00 Testauspaja: River IT, tekoäly, paikalliset kielimallit yrityskäytössä</w:t>
      </w:r>
    </w:p>
    <w:p>
      <w:r>
        <w:t>Pitääkö tekoälyn aina olla pilvessä - paikalliset kielimallit yrityskäytössä, ohjelmistot agenttien aikakaudella, copilot tietotyössä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