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>18:00-19:45 Vierailu: Pulkkinen LIVE 2! – 19.12.2026 klo 18</w:t>
      </w:r>
    </w:p>
    <w:p>
      <w:r>
        <w:t>Pulkkinen LIVE 2 vierailee Teatteri Lapuan näyttämöllä lauantaina 19.12.2026 klo 18!</w:t>
      </w:r>
    </w:p>
    <w:p>
      <w:r>
        <w:t>Peruslippu 29€  Alennus 27€ (eläkkeensaaja / opiskelija / varusmies / työnhakija) 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