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18:00-19:30 Härmänmaan musiikkiopiston ensikonsertti</w:t>
      </w:r>
    </w:p>
    <w:p>
      <w:r>
        <w:t>Ensikonsertti kaikille syksyllä aloittaneille oppilaille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