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Laulajantien Senioritalo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14:00-16:00 Luento: Kansansairautemme diabetes ja sen nopeasti kehittyvä hoito</w:t>
      </w:r>
    </w:p>
    <w:p>
      <w:r>
        <w:t>Kansansairautemme diabetes ja sen nopeasti kehittyvä hoito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