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Lehtisalon laavu, Paukaneva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14:00-18:00 Ruskaretki, Laavut tutuiksi -kiertue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