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kylätalo Pohjola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11:00-14:00 Luopajärven syyspäivälliset</w:t>
      </w:r>
    </w:p>
    <w:p>
      <w:r>
        <w:t>Luopajärven Kylä ry:n järjestämät syyspäivälliset Pohjolassa.</w:t>
      </w:r>
    </w:p>
    <w:p>
      <w:r>
        <w:t>Aikuiset 20€, apset 7-12v 8€. Alle kouluikäiset ruokailevat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