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17:00-19:00 Muutto Ruotsiin ja paluu – kokemuksia 1970-luvulta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