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Nurmohalli</w:t>
      </w:r>
    </w:p>
    <w:p>
      <w:r>
        <w:t>27.9.2026 sunnuntai</w:t>
      </w:r>
    </w:p>
    <w:p>
      <w:pPr>
        <w:pStyle w:val="Heading1"/>
      </w:pPr>
      <w:r>
        <w:t>27.9.2026 sunnuntai</w:t>
      </w:r>
    </w:p>
    <w:p>
      <w:pPr>
        <w:pStyle w:val="Heading2"/>
      </w:pPr>
      <w:r>
        <w:t>16:00-18:30 F-liigan salibandya: Jymy vs. EräViikingit</w:t>
      </w:r>
    </w:p>
    <w:p>
      <w:r>
        <w:t>F-liigan vauhtia, tunnetta ja taistelua – Jymy kotikentällä!</w:t>
      </w:r>
    </w:p>
    <w:p>
      <w:r>
        <w:t>Liput Tiketistä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