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18:30-21:00 F-liigan salibandya: Jymy vs. O2jkl</w:t>
      </w:r>
    </w:p>
    <w:p>
      <w:r>
        <w:t>F-liigan vauhtia, tunnetta ja taistelua – Jymy kotikentällä!</w:t>
      </w:r>
    </w:p>
    <w:p>
      <w:r>
        <w:t>Liput Tiketistä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