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Kauhanevan-Pohjankankaan kansallispuisto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17:00-19:00 Esteetön Hidasta ja havainnoi luontoa kameran avulla -retki</w:t>
      </w:r>
    </w:p>
    <w:p>
      <w:r>
        <w:t>Hitaalla luontokuvausretkellä alat nähdä luonnon yksityiskohtia, muotoja, kuvioita ja maisemia uudella tavalla. Retki sopii kaikille</w:t>
      </w:r>
    </w:p>
    <w:p>
      <w:r>
        <w:t>Hinta: 30 € / henkilö (sisältää henkilökohtaisen avustajan)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