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11:30-15:00 Luontokuvauskurssi</w:t>
      </w:r>
    </w:p>
    <w:p>
      <w:r>
        <w:t xml:space="preserve">Luontokuvaaja ja biologi Paul Stevensa saapuu Elsa Resortiin opettamaan luontokuvauksen saloja. </w:t>
      </w:r>
    </w:p>
    <w:p>
      <w:r>
        <w:t>50€ / henkilö (25€ ohjaus ja 25€ ruokailu)  Mahdollisuus osallistua myös pelkälle kuvauskurssille hintaan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