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5.9.2026 lauantai</w:t>
      </w:r>
    </w:p>
    <w:p>
      <w:pPr>
        <w:pStyle w:val="Heading1"/>
      </w:pPr>
      <w:r>
        <w:t>5.9.2026-4.10.2026</w:t>
      </w:r>
    </w:p>
    <w:p>
      <w:pPr>
        <w:pStyle w:val="Heading2"/>
      </w:pPr>
      <w:r>
        <w:t>12:00-18:00 Alavuden Reserviläisten juhlanäyttely - keräilyharvinaisuuksia 5.9.-4.10.2026</w:t>
      </w:r>
    </w:p>
    <w:p>
      <w:r>
        <w:t>Keräilyharvinaisuuksia Ari Mäen kokoelmista</w:t>
      </w:r>
    </w:p>
    <w:p>
      <w:r>
        <w:t>5 €,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