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16:00-19:00 3.FINAALI - Jussittaret - Manse PP</w:t>
      </w:r>
    </w:p>
    <w:p>
      <w:r>
        <w:t>Naisten Superpesiksen finaalit pelataan Seinäjoella</w:t>
      </w:r>
    </w:p>
    <w:p>
      <w:r>
        <w:t xml:space="preserve">LIPUT PORTILTA TAI OSOITTEESTA WWW.COREGOSHOP.FI/SMJ AIKUISET 30€ | ALENNUSRYHMÄT 25€ | 7-12-VUOTIAAT 5€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