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14:00-16:00 Orvonkonsertti, esiintyjänä Mikko Alatalo</w:t>
      </w:r>
    </w:p>
    <w:p>
      <w:r>
        <w:t>Orvonkonsertti, esiintyjänä Mikko Alatalo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