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16:00-17:30 Jussien syksyn 75v juhlakonsertti</w:t>
      </w:r>
    </w:p>
    <w:p>
      <w:r>
        <w:t>Jussit jatkaa 75v juhlavuottaan syksyn konsertilla</w:t>
      </w:r>
    </w:p>
    <w:p>
      <w:r>
        <w:t>Liput ennakkoon kuorolaisilta ja NetTicket.fi 30 eur. Jos lippuja jää, niin myynti myös ovelta hintaan 35 eur.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