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18:00-19:30 UNI JA PALAUTUMINEN, yleisöluento</w:t>
      </w:r>
    </w:p>
    <w:p>
      <w:r>
        <w:t>Sami Tynjälä, Kuortaneen urheiluopiston hyvinvointivalmentaja kertoo unesta ja palautumisesta</w:t>
      </w:r>
    </w:p>
    <w:p>
      <w:r>
        <w:t>Ilmainen yleisluento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