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16:15-17:15 EU:n UUSI SUUNTA: TURVALLISUUS JA KILPAILUKYKY POLITIIKAN AJUREINA, ALAJÄRVI</w:t>
      </w:r>
    </w:p>
    <w:p>
      <w:r>
        <w:t>Yleisöluento, luennoitsija Eeli Salmela Etelä-Pohjanmaan EU-tietokeskuksesta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