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16:00-18:00 ISOÄIDIN MAA – näyttelyn avajaiset</w:t>
      </w:r>
    </w:p>
    <w:p>
      <w:r>
        <w:t>Tilaisuudessa puhuu käsitetaiteeseen ja kuvanveistoon erikoistunut kuvataiteilija ja tutkija Jyrki Siukonen.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