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 xml:space="preserve">10:00-10:30 Satutuokio: Tulevaisuuden siemeniä </w:t>
      </w:r>
    </w:p>
    <w:p>
      <w:r>
        <w:t xml:space="preserve">Satutuokio: Tulevaisuuden siemeniä Isonkyrön kirjastolla 11.11.2026 klo 10.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