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18:00-19:00 EU:n UUSI SUUNTA: TURVALLISUUS JA KILPAILUKYKY POLITIIKAN AJUREINA, VIMPELI</w:t>
      </w:r>
    </w:p>
    <w:p>
      <w:r>
        <w:t>Yleisöluento, luennoitsija Eeli Salmela Etelä-Pohjanmaan EU-tietokeskuksesta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