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Valkoinen Puu Cafe &amp; Shop, Seinäjoki</w:t>
      </w:r>
    </w:p>
    <w:p>
      <w:r>
        <w:t>27.9.2026 sunnuntai</w:t>
      </w:r>
    </w:p>
    <w:p>
      <w:pPr>
        <w:pStyle w:val="Heading1"/>
      </w:pPr>
      <w:r>
        <w:t>27.9.2026-28.9.2026</w:t>
      </w:r>
    </w:p>
    <w:p>
      <w:pPr>
        <w:pStyle w:val="Heading2"/>
      </w:pPr>
      <w:r>
        <w:t>15:45-14:45 Kansanedustaja Oras Tynkkynen (Vihr.) kiertää Etelä-Pohjanmaata</w:t>
      </w:r>
    </w:p>
    <w:p>
      <w:r>
        <w:t>Vihreän eduskuntaryhmän puheenjohtaja Oras Tynkkynen kiertää Etelä-Pohjanmaata sunnuntaina 27.9. ja maanantaina 28.9.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