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17:00-18:00 Kuula-opiston kirjastokonsertti</w:t>
      </w:r>
    </w:p>
    <w:p>
      <w:r>
        <w:t>Kuula-opiston kirjastokonsertti Isonkyrön kirjastossa 4.11.2026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