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16:00-23:30 Lakisrock Toivon Bileet</w:t>
      </w:r>
    </w:p>
    <w:p>
      <w:r>
        <w:t>Pohjamaan valovoimaisin kristillisen rock-musiikin tapahtuma Lakis Areenalla 26.9.2026 klo 16-2330</w:t>
      </w:r>
    </w:p>
    <w:p>
      <w:r>
        <w:t>Ohjelma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