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18.10.2026 sunnuntai</w:t>
      </w:r>
    </w:p>
    <w:p>
      <w:pPr>
        <w:pStyle w:val="Heading1"/>
      </w:pPr>
      <w:r>
        <w:t>18.10.2026 sunnuntai</w:t>
      </w:r>
    </w:p>
    <w:p>
      <w:pPr>
        <w:pStyle w:val="Heading2"/>
      </w:pPr>
      <w:r>
        <w:t>14:00-15:45 Exän Uus ja Vanha</w:t>
      </w:r>
    </w:p>
    <w:p>
      <w:r>
        <w:t>Kauhajoen Ne on -teatteri ry tarjoilee komedian Exän uus ja vanha</w:t>
      </w:r>
    </w:p>
    <w:p>
      <w:r>
        <w:t>Liput 25 € / 23 €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