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perhekeskus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09:30-11:00 Taidekohtaamisia perhekeskuksella</w:t>
      </w:r>
    </w:p>
    <w:p>
      <w:r>
        <w:t>Kaikille avoin ja maksuton taidehetki 7.10. klo 9.30-11 Seinäjoen perhekeskuksen kohtaamispaikassa.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