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19:30-23:00 Ulkoilmaelokuvat</w:t>
      </w:r>
    </w:p>
    <w:p>
      <w:r>
        <w:t>Alajärvi 40 v -juhlavuoden ohjelmat jatkuvat. Perjantaina 25.9. esitetään Saltex Areenalla Leijonakuningas (1994) sekä Häjyt 2 (2025).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