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14:00-16:00 Pirula x Härmän Kylpylä -tasting-illat</w:t>
      </w:r>
    </w:p>
    <w:p>
      <w:r>
        <w:t>Tarinoita, paikallisia makuja ja pohjalaista historiaa</w:t>
      </w:r>
    </w:p>
    <w:p>
      <w:r>
        <w:t>4 tuotteen illat 60 eur/hlö ja 5 tuotteen illat 68 eur/hlö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