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12.12.2026 lauantai</w:t>
      </w:r>
    </w:p>
    <w:p>
      <w:pPr>
        <w:pStyle w:val="Heading1"/>
      </w:pPr>
      <w:r>
        <w:t>12.12.2026 lauantai</w:t>
      </w:r>
    </w:p>
    <w:p>
      <w:pPr>
        <w:pStyle w:val="Heading2"/>
      </w:pPr>
      <w:r>
        <w:t>18:00-20:00 Pirula x Härmän Kylpylä -tasting-illat</w:t>
      </w:r>
    </w:p>
    <w:p>
      <w:r>
        <w:t>Tarinoita, paikallisia makuja ja pohjalaista historiaa</w:t>
      </w:r>
    </w:p>
    <w:p>
      <w:r>
        <w:t>4 tuotteen illat 60 eur/hlö ja 5 tuotteen illat 68 eur/hlö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